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F8704" w14:textId="64D66950" w:rsidR="000C593E" w:rsidRPr="000C593E" w:rsidRDefault="000C593E">
      <w:pPr>
        <w:rPr>
          <w:rFonts w:ascii="Aptos" w:hAnsi="Aptos"/>
          <w:b/>
          <w:bCs/>
          <w:color w:val="000000" w:themeColor="text1"/>
          <w:sz w:val="24"/>
          <w:szCs w:val="24"/>
        </w:rPr>
      </w:pPr>
      <w:r w:rsidRPr="000C593E">
        <w:rPr>
          <w:rFonts w:ascii="Aptos" w:hAnsi="Aptos"/>
          <w:b/>
          <w:bCs/>
          <w:color w:val="000000" w:themeColor="text1"/>
          <w:sz w:val="24"/>
          <w:szCs w:val="24"/>
        </w:rPr>
        <w:t xml:space="preserve">Tweeboom Security – </w:t>
      </w:r>
      <w:proofErr w:type="spellStart"/>
      <w:r w:rsidRPr="000C593E">
        <w:rPr>
          <w:rFonts w:ascii="Aptos" w:hAnsi="Aptos"/>
          <w:b/>
          <w:bCs/>
          <w:color w:val="000000" w:themeColor="text1"/>
          <w:sz w:val="24"/>
          <w:szCs w:val="24"/>
        </w:rPr>
        <w:t>Klachtenformulier</w:t>
      </w:r>
      <w:proofErr w:type="spellEnd"/>
    </w:p>
    <w:p w14:paraId="34768BDD" w14:textId="42E07B2C" w:rsidR="000C593E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br/>
      </w:r>
      <w:proofErr w:type="spellStart"/>
      <w:r w:rsidRPr="000C593E">
        <w:rPr>
          <w:rFonts w:ascii="Aptos" w:hAnsi="Aptos"/>
          <w:color w:val="000000" w:themeColor="text1"/>
          <w:sz w:val="24"/>
          <w:szCs w:val="24"/>
        </w:rPr>
        <w:t>Bedrijf</w:t>
      </w:r>
      <w:proofErr w:type="spellEnd"/>
      <w:r w:rsidRPr="000C593E">
        <w:rPr>
          <w:rFonts w:ascii="Aptos" w:hAnsi="Aptos"/>
          <w:color w:val="000000" w:themeColor="text1"/>
          <w:sz w:val="24"/>
          <w:szCs w:val="24"/>
        </w:rPr>
        <w:t>: Tweeboom Security</w:t>
      </w:r>
      <w:r w:rsidRPr="000C593E">
        <w:rPr>
          <w:rFonts w:ascii="Aptos" w:hAnsi="Aptos"/>
          <w:color w:val="000000" w:themeColor="text1"/>
          <w:sz w:val="24"/>
          <w:szCs w:val="24"/>
        </w:rPr>
        <w:br/>
        <w:t>E-mail: info@tweeboomsecurity.nl</w:t>
      </w:r>
      <w:r w:rsidRPr="000C593E">
        <w:rPr>
          <w:rFonts w:ascii="Aptos" w:hAnsi="Aptos"/>
          <w:color w:val="000000" w:themeColor="text1"/>
          <w:sz w:val="24"/>
          <w:szCs w:val="24"/>
        </w:rPr>
        <w:br/>
      </w:r>
      <w:proofErr w:type="spellStart"/>
      <w:r w:rsidRPr="000C593E">
        <w:rPr>
          <w:rFonts w:ascii="Aptos" w:hAnsi="Aptos"/>
          <w:color w:val="000000" w:themeColor="text1"/>
          <w:sz w:val="24"/>
          <w:szCs w:val="24"/>
        </w:rPr>
        <w:t>Telefoon</w:t>
      </w:r>
      <w:proofErr w:type="spellEnd"/>
      <w:r w:rsidRPr="000C593E">
        <w:rPr>
          <w:rFonts w:ascii="Aptos" w:hAnsi="Aptos"/>
          <w:color w:val="000000" w:themeColor="text1"/>
          <w:sz w:val="24"/>
          <w:szCs w:val="24"/>
        </w:rPr>
        <w:t xml:space="preserve">: </w:t>
      </w:r>
      <w:r w:rsidR="000C593E" w:rsidRPr="000C593E">
        <w:rPr>
          <w:rFonts w:ascii="Aptos" w:hAnsi="Aptos"/>
          <w:color w:val="000000" w:themeColor="text1"/>
          <w:sz w:val="24"/>
          <w:szCs w:val="24"/>
        </w:rPr>
        <w:t>+316 27 54 21 55</w:t>
      </w:r>
    </w:p>
    <w:p w14:paraId="53BF0B18" w14:textId="77777777" w:rsidR="000C593E" w:rsidRPr="000C593E" w:rsidRDefault="000C593E">
      <w:pPr>
        <w:rPr>
          <w:rFonts w:ascii="Aptos" w:hAnsi="Aptos"/>
          <w:color w:val="000000" w:themeColor="text1"/>
          <w:sz w:val="24"/>
          <w:szCs w:val="24"/>
        </w:rPr>
      </w:pPr>
    </w:p>
    <w:p w14:paraId="06493464" w14:textId="7BF7DA93" w:rsidR="00FB5013" w:rsidRPr="000C593E" w:rsidRDefault="000C593E">
      <w:pPr>
        <w:pStyle w:val="Kop2"/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 xml:space="preserve">1. </w:t>
      </w:r>
      <w:proofErr w:type="spellStart"/>
      <w:r w:rsidRPr="000C593E">
        <w:rPr>
          <w:rFonts w:ascii="Aptos" w:hAnsi="Aptos"/>
          <w:color w:val="000000" w:themeColor="text1"/>
          <w:sz w:val="24"/>
          <w:szCs w:val="24"/>
        </w:rPr>
        <w:t>Gegevens</w:t>
      </w:r>
      <w:proofErr w:type="spellEnd"/>
      <w:r w:rsidRPr="000C593E">
        <w:rPr>
          <w:rFonts w:ascii="Aptos" w:hAnsi="Aptos"/>
          <w:color w:val="000000" w:themeColor="text1"/>
          <w:sz w:val="24"/>
          <w:szCs w:val="24"/>
        </w:rPr>
        <w:t xml:space="preserve"> Melder</w:t>
      </w:r>
    </w:p>
    <w:p w14:paraId="416B9680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Naam: ________________________________________</w:t>
      </w:r>
    </w:p>
    <w:p w14:paraId="577992DA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Bedrijf / Organisatie: ________________________________________</w:t>
      </w:r>
    </w:p>
    <w:p w14:paraId="6E0393AD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Adres: ________________________________________</w:t>
      </w:r>
    </w:p>
    <w:p w14:paraId="1A4555ED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Postcode / Plaats: ________________________________________</w:t>
      </w:r>
    </w:p>
    <w:p w14:paraId="70FE2529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Telefoonnummer: ________________________________________</w:t>
      </w:r>
    </w:p>
    <w:p w14:paraId="60E47B59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E-mailadres: ________________________________________</w:t>
      </w:r>
    </w:p>
    <w:p w14:paraId="385CDCED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Datum van melding: ________________________________________</w:t>
      </w:r>
    </w:p>
    <w:p w14:paraId="369BFFC1" w14:textId="77777777" w:rsidR="000C593E" w:rsidRPr="000C593E" w:rsidRDefault="000C593E">
      <w:pPr>
        <w:pStyle w:val="Kop2"/>
        <w:rPr>
          <w:rFonts w:ascii="Aptos" w:hAnsi="Aptos"/>
          <w:color w:val="000000" w:themeColor="text1"/>
          <w:sz w:val="24"/>
          <w:szCs w:val="24"/>
        </w:rPr>
      </w:pPr>
    </w:p>
    <w:p w14:paraId="5D943089" w14:textId="0E56E501" w:rsidR="00FB5013" w:rsidRPr="000C593E" w:rsidRDefault="00000000">
      <w:pPr>
        <w:pStyle w:val="Kop2"/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2. Gegevens over de klacht</w:t>
      </w:r>
    </w:p>
    <w:p w14:paraId="1916D9B4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Datum en tijd van het voorval: ________________________________________</w:t>
      </w:r>
    </w:p>
    <w:p w14:paraId="1CAA9161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Locatie / Object: ________________________________________</w:t>
      </w:r>
    </w:p>
    <w:p w14:paraId="5697F88C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Betrokken medewerker(s) (indien bekend): ________________________________________</w:t>
      </w:r>
    </w:p>
    <w:p w14:paraId="7534C215" w14:textId="0406944C" w:rsidR="000C593E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 xml:space="preserve">Omschrijving van de </w:t>
      </w:r>
      <w:proofErr w:type="spellStart"/>
      <w:r w:rsidRPr="000C593E">
        <w:rPr>
          <w:rFonts w:ascii="Aptos" w:hAnsi="Aptos"/>
          <w:color w:val="000000" w:themeColor="text1"/>
          <w:sz w:val="24"/>
          <w:szCs w:val="24"/>
        </w:rPr>
        <w:t>klacht</w:t>
      </w:r>
      <w:proofErr w:type="spellEnd"/>
      <w:r w:rsidRPr="000C593E">
        <w:rPr>
          <w:rFonts w:ascii="Aptos" w:hAnsi="Aptos"/>
          <w:color w:val="000000" w:themeColor="text1"/>
          <w:sz w:val="24"/>
          <w:szCs w:val="24"/>
        </w:rPr>
        <w:t>: ________________________________________</w:t>
      </w:r>
    </w:p>
    <w:p w14:paraId="37A60EE9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Eventuele schade of gevolgen: ________________________________________</w:t>
      </w:r>
    </w:p>
    <w:p w14:paraId="7896CC52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 xml:space="preserve">Zijn er getuigen? Zo ja, </w:t>
      </w:r>
      <w:proofErr w:type="gramStart"/>
      <w:r w:rsidRPr="000C593E">
        <w:rPr>
          <w:rFonts w:ascii="Aptos" w:hAnsi="Aptos"/>
          <w:color w:val="000000" w:themeColor="text1"/>
          <w:sz w:val="24"/>
          <w:szCs w:val="24"/>
        </w:rPr>
        <w:t>wie?:</w:t>
      </w:r>
      <w:proofErr w:type="gramEnd"/>
      <w:r w:rsidRPr="000C593E">
        <w:rPr>
          <w:rFonts w:ascii="Aptos" w:hAnsi="Aptos"/>
          <w:color w:val="000000" w:themeColor="text1"/>
          <w:sz w:val="24"/>
          <w:szCs w:val="24"/>
        </w:rPr>
        <w:t xml:space="preserve"> ________________________________________</w:t>
      </w:r>
    </w:p>
    <w:p w14:paraId="759A78D1" w14:textId="77777777" w:rsidR="000C593E" w:rsidRPr="000C593E" w:rsidRDefault="000C593E">
      <w:pPr>
        <w:pStyle w:val="Kop2"/>
        <w:rPr>
          <w:rFonts w:ascii="Aptos" w:hAnsi="Aptos"/>
          <w:color w:val="000000" w:themeColor="text1"/>
          <w:sz w:val="24"/>
          <w:szCs w:val="24"/>
        </w:rPr>
      </w:pPr>
    </w:p>
    <w:p w14:paraId="77B6400B" w14:textId="77777777" w:rsidR="000C593E" w:rsidRPr="000C593E" w:rsidRDefault="000C593E">
      <w:pPr>
        <w:rPr>
          <w:rFonts w:ascii="Aptos" w:eastAsiaTheme="majorEastAsia" w:hAnsi="Aptos" w:cstheme="majorBidi"/>
          <w:b/>
          <w:bCs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br w:type="page"/>
      </w:r>
    </w:p>
    <w:p w14:paraId="4C295129" w14:textId="4219ED6D" w:rsidR="00FB5013" w:rsidRPr="000C593E" w:rsidRDefault="00000000">
      <w:pPr>
        <w:pStyle w:val="Kop2"/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lastRenderedPageBreak/>
        <w:t>3. Verwachting melder</w:t>
      </w:r>
    </w:p>
    <w:p w14:paraId="681B76F8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Wat verwacht u van Tweeboom Security naar aanleiding van deze klacht?</w:t>
      </w:r>
    </w:p>
    <w:p w14:paraId="00B00993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________________________________________________________________________</w:t>
      </w:r>
    </w:p>
    <w:p w14:paraId="7C6BFB14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Heeft u deze klacht al eerder gemeld of besproken?  ☐ Ja   ☐ Nee</w:t>
      </w:r>
    </w:p>
    <w:p w14:paraId="558C34B0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Indien ja, bij wie en wanneer? ________________________________________</w:t>
      </w:r>
    </w:p>
    <w:p w14:paraId="7A4D55DE" w14:textId="77777777" w:rsidR="000C593E" w:rsidRPr="000C593E" w:rsidRDefault="000C593E">
      <w:pPr>
        <w:pStyle w:val="Kop2"/>
        <w:rPr>
          <w:rFonts w:ascii="Aptos" w:hAnsi="Aptos"/>
          <w:color w:val="000000" w:themeColor="text1"/>
          <w:sz w:val="24"/>
          <w:szCs w:val="24"/>
        </w:rPr>
      </w:pPr>
    </w:p>
    <w:p w14:paraId="7ECE2411" w14:textId="4D31606F" w:rsidR="00FB5013" w:rsidRPr="000C593E" w:rsidRDefault="00000000">
      <w:pPr>
        <w:pStyle w:val="Kop2"/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4. Afhandeling door Tweeboom Security</w:t>
      </w:r>
    </w:p>
    <w:p w14:paraId="454AA21A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(in te vullen door de klachtenbehandelaar)</w:t>
      </w:r>
    </w:p>
    <w:p w14:paraId="5B3997EF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Datum ontvangst klacht: ________________________________________</w:t>
      </w:r>
    </w:p>
    <w:p w14:paraId="4B869985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Naam behandelaar: ________________________________________</w:t>
      </w:r>
    </w:p>
    <w:p w14:paraId="05BC5A2A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Onderzoek uitgevoerd door: ________________________________________</w:t>
      </w:r>
    </w:p>
    <w:p w14:paraId="25DB9E61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Bevindingen / Conclusie: ________________________________________</w:t>
      </w:r>
    </w:p>
    <w:p w14:paraId="7557ADA7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Maatregelen genomen: ________________________________________</w:t>
      </w:r>
    </w:p>
    <w:p w14:paraId="3FADC545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Datum afhandeling: ________________________________________</w:t>
      </w:r>
    </w:p>
    <w:p w14:paraId="0875CD99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Handtekening behandelaar: ________________________________________</w:t>
      </w:r>
    </w:p>
    <w:p w14:paraId="00245ED6" w14:textId="77777777" w:rsidR="000C593E" w:rsidRPr="000C593E" w:rsidRDefault="000C593E">
      <w:pPr>
        <w:pStyle w:val="Kop2"/>
        <w:rPr>
          <w:rFonts w:ascii="Aptos" w:hAnsi="Aptos"/>
          <w:color w:val="000000" w:themeColor="text1"/>
          <w:sz w:val="24"/>
          <w:szCs w:val="24"/>
        </w:rPr>
      </w:pPr>
    </w:p>
    <w:p w14:paraId="2A5D1EC8" w14:textId="5CD2055B" w:rsidR="00FB5013" w:rsidRPr="000C593E" w:rsidRDefault="00000000">
      <w:pPr>
        <w:pStyle w:val="Kop2"/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5. Bevestiging melder</w:t>
      </w:r>
    </w:p>
    <w:p w14:paraId="51729AF9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Hiermee verklaart de melder kennis te hebben genomen van de afhandeling.</w:t>
      </w:r>
    </w:p>
    <w:p w14:paraId="34B024C4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t>Naam melder: ___________________________   Handtekening: ___________________________   Datum: ____________</w:t>
      </w:r>
    </w:p>
    <w:p w14:paraId="647F32AA" w14:textId="77777777" w:rsidR="00FB5013" w:rsidRPr="000C593E" w:rsidRDefault="00000000">
      <w:pPr>
        <w:rPr>
          <w:rFonts w:ascii="Aptos" w:hAnsi="Aptos"/>
          <w:color w:val="000000" w:themeColor="text1"/>
          <w:sz w:val="24"/>
          <w:szCs w:val="24"/>
        </w:rPr>
      </w:pPr>
      <w:r w:rsidRPr="000C593E">
        <w:rPr>
          <w:rFonts w:ascii="Aptos" w:hAnsi="Aptos"/>
          <w:color w:val="000000" w:themeColor="text1"/>
          <w:sz w:val="24"/>
          <w:szCs w:val="24"/>
        </w:rPr>
        <w:br/>
      </w:r>
      <w:r w:rsidRPr="000C593E">
        <w:rPr>
          <w:rFonts w:ascii="Apple Color Emoji" w:hAnsi="Apple Color Emoji" w:cs="Apple Color Emoji"/>
          <w:color w:val="000000" w:themeColor="text1"/>
          <w:sz w:val="24"/>
          <w:szCs w:val="24"/>
        </w:rPr>
        <w:t>📎</w:t>
      </w:r>
      <w:r w:rsidRPr="000C593E">
        <w:rPr>
          <w:rFonts w:ascii="Aptos" w:hAnsi="Aptos"/>
          <w:color w:val="000000" w:themeColor="text1"/>
          <w:sz w:val="24"/>
          <w:szCs w:val="24"/>
        </w:rPr>
        <w:t xml:space="preserve"> Opmerkingen:</w:t>
      </w:r>
      <w:r w:rsidRPr="000C593E">
        <w:rPr>
          <w:rFonts w:ascii="Aptos" w:hAnsi="Aptos"/>
          <w:color w:val="000000" w:themeColor="text1"/>
          <w:sz w:val="24"/>
          <w:szCs w:val="24"/>
        </w:rPr>
        <w:br/>
        <w:t>- Alle klachten worden vertrouwelijk behandeld.</w:t>
      </w:r>
      <w:r w:rsidRPr="000C593E">
        <w:rPr>
          <w:rFonts w:ascii="Aptos" w:hAnsi="Aptos"/>
          <w:color w:val="000000" w:themeColor="text1"/>
          <w:sz w:val="24"/>
          <w:szCs w:val="24"/>
        </w:rPr>
        <w:br/>
        <w:t>- Binnen 5 werkdagen na ontvangst ontvangt u een bevestiging.</w:t>
      </w:r>
      <w:r w:rsidRPr="000C593E">
        <w:rPr>
          <w:rFonts w:ascii="Aptos" w:hAnsi="Aptos"/>
          <w:color w:val="000000" w:themeColor="text1"/>
          <w:sz w:val="24"/>
          <w:szCs w:val="24"/>
        </w:rPr>
        <w:br/>
        <w:t>- Binnen 14 werkdagen streven wij ernaar uw klacht volledig af te handelen.</w:t>
      </w:r>
    </w:p>
    <w:sectPr w:rsidR="00FB5013" w:rsidRPr="000C593E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5F51F" w14:textId="77777777" w:rsidR="00B540E8" w:rsidRDefault="00B540E8" w:rsidP="000C593E">
      <w:pPr>
        <w:spacing w:after="0" w:line="240" w:lineRule="auto"/>
      </w:pPr>
      <w:r>
        <w:separator/>
      </w:r>
    </w:p>
  </w:endnote>
  <w:endnote w:type="continuationSeparator" w:id="0">
    <w:p w14:paraId="410483BC" w14:textId="77777777" w:rsidR="00B540E8" w:rsidRDefault="00B540E8" w:rsidP="000C5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BFD4C" w14:textId="77777777" w:rsidR="00B540E8" w:rsidRDefault="00B540E8" w:rsidP="000C593E">
      <w:pPr>
        <w:spacing w:after="0" w:line="240" w:lineRule="auto"/>
      </w:pPr>
      <w:r>
        <w:separator/>
      </w:r>
    </w:p>
  </w:footnote>
  <w:footnote w:type="continuationSeparator" w:id="0">
    <w:p w14:paraId="2C075C06" w14:textId="77777777" w:rsidR="00B540E8" w:rsidRDefault="00B540E8" w:rsidP="000C5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85F51" w14:textId="32A138CF" w:rsidR="000C593E" w:rsidRDefault="000C593E">
    <w:pPr>
      <w:pStyle w:val="Koptekst"/>
    </w:pPr>
    <w:r w:rsidRPr="000C593E">
      <w:drawing>
        <wp:anchor distT="0" distB="0" distL="114300" distR="114300" simplePos="0" relativeHeight="251658240" behindDoc="1" locked="0" layoutInCell="1" allowOverlap="1" wp14:anchorId="6E0D2295" wp14:editId="2400A7E9">
          <wp:simplePos x="0" y="0"/>
          <wp:positionH relativeFrom="column">
            <wp:posOffset>4860290</wp:posOffset>
          </wp:positionH>
          <wp:positionV relativeFrom="paragraph">
            <wp:posOffset>-217228</wp:posOffset>
          </wp:positionV>
          <wp:extent cx="1440815" cy="343535"/>
          <wp:effectExtent l="0" t="0" r="0" b="0"/>
          <wp:wrapTight wrapText="bothSides">
            <wp:wrapPolygon edited="0">
              <wp:start x="0" y="0"/>
              <wp:lineTo x="0" y="20762"/>
              <wp:lineTo x="21324" y="20762"/>
              <wp:lineTo x="21324" y="0"/>
              <wp:lineTo x="0" y="0"/>
            </wp:wrapPolygon>
          </wp:wrapTight>
          <wp:docPr id="68575053" name="Afbeelding 1" descr="Afbeelding met tekst, Lettertype, schermopname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75053" name="Afbeelding 1" descr="Afbeelding met tekst, Lettertype, schermopname, Graphics&#10;&#10;Door AI gegenereerde inhoud is mogelijk onjuis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815" cy="343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1070185">
    <w:abstractNumId w:val="8"/>
  </w:num>
  <w:num w:numId="2" w16cid:durableId="2033650280">
    <w:abstractNumId w:val="6"/>
  </w:num>
  <w:num w:numId="3" w16cid:durableId="271934704">
    <w:abstractNumId w:val="5"/>
  </w:num>
  <w:num w:numId="4" w16cid:durableId="1328905230">
    <w:abstractNumId w:val="4"/>
  </w:num>
  <w:num w:numId="5" w16cid:durableId="367875686">
    <w:abstractNumId w:val="7"/>
  </w:num>
  <w:num w:numId="6" w16cid:durableId="188958111">
    <w:abstractNumId w:val="3"/>
  </w:num>
  <w:num w:numId="7" w16cid:durableId="545874817">
    <w:abstractNumId w:val="2"/>
  </w:num>
  <w:num w:numId="8" w16cid:durableId="587420330">
    <w:abstractNumId w:val="1"/>
  </w:num>
  <w:num w:numId="9" w16cid:durableId="1245799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593E"/>
    <w:rsid w:val="0015074B"/>
    <w:rsid w:val="0029639D"/>
    <w:rsid w:val="00326F90"/>
    <w:rsid w:val="0043515B"/>
    <w:rsid w:val="00AA1D8D"/>
    <w:rsid w:val="00B47730"/>
    <w:rsid w:val="00B540E8"/>
    <w:rsid w:val="00CB0664"/>
    <w:rsid w:val="00FB50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FC5FA9"/>
  <w14:defaultImageDpi w14:val="300"/>
  <w15:docId w15:val="{32CE12CB-1E0E-6C4A-B7A2-A735FCBEB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342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Mickwell Tweeboom</cp:lastModifiedBy>
  <cp:revision>2</cp:revision>
  <dcterms:created xsi:type="dcterms:W3CDTF">2013-12-23T23:15:00Z</dcterms:created>
  <dcterms:modified xsi:type="dcterms:W3CDTF">2025-10-27T17:07:00Z</dcterms:modified>
  <cp:category/>
</cp:coreProperties>
</file>